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Магазин Мырзабаева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42.88041, 74.61198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3797" cy="2231999"/>
            <wp:docPr id="1" name="Picture 1" descr="Магазин Мырзабаева" title="Магазин Мырзаба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409966a0c907e88ca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3797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Магазин Мырзабаева · И.Н.Панова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Магазин Мырзабаева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Начало ХХ века. Юго-восточный угол улиц Базарной и Судейской. Фото И.Н.Панова, 1928г. Здание снесли в 60-х годах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https://bimap.su/description/pishpek/2_Magazin_Myrzabaeva.txt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42.88041, 74.61198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42.88041, 74.61198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