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Старое городское кладбище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42.88412, 74.62026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52669" cy="2232000"/>
            <wp:docPr id="1" name="Picture 1" descr="Старое городское кладбище" title="Старое город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1ebb92f907a150ff8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526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Старое городское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Старое городское кладбище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Старое городское кладбище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https://bimap.su/description/pishpek/200_Old_town_cemetry.txt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42.88412, 74.62026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42.88412, 74.62026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