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Эски шаар көрүстөнү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52669" cy="2232000"/>
            <wp:docPr id="1" name="Picture 1" descr="Старое городское кладбище" title="Старое городское кладб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1ebb92f907a150ff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5266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Старое городское кладбище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Эски шаар көрүстөнү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Эски шаар көрүстөнү Эски шаар көрүстөнүнүн белгиленбеген мүрзөлөрүнө Пишпек шаарынын пионерлеринин бүтүндөй бир мууну коюлган. Көрүстөндү талкалоо 1918-жылы Санкт-Петербургда куюлган чоюн замбиректер шаар аксакалы Илья Терентьевдин мүрзөсүнөн уурдалып, Эмен сейил багында Кызыл гвардиячылардын массалык мүрзөсүнө орнотулгандан кийин башталган. 20-кылымдын 60-жылдары көрүстөндө Ысык-Көл кинотеатры курулуп, сейил багы төшөлгөн. 21-кылымдын башында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https://bimap.su/description/pishpek/200_Old_town_cemetry.txt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42.88412, 74.62026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