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Купеческая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42.87539, 74.61937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39040" cy="2232000"/>
            <wp:docPr id="1" name="Picture 1" descr="Улица Купеческая" title="Улица Купече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5aadd677c22f2ad13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90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Купеческая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Купеческая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Купеческая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https://bimap.su/description/pishpek/199_Kupecheskaia.txt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42.87539, 74.61937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42.87539, 74.61937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