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Пущинская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42.88415, 74.60987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1160" cy="2232000"/>
            <wp:docPr id="1" name="Picture 1" descr="Улица Пущинская" title="Улица Пущи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f90b077ee5fa657b5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11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Пущинская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Пущинская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Пущинская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https://bimap.su/description/pishpek/198_Puschinskaia.txt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42.88415, 74.60987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42.88415, 74.60987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