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Пущинская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42.86739, 74.60873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Улица Пущинская" title="Улица Пущин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9c0abfdbf0575749d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Пущинская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Пущинская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1911г.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https://bimap.su/description/pishpek/197_Puschinskaia1911.txt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42.86739, 74.60873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42.86739, 74.60873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