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Улица Базарная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42.86686, 74.61138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07180" cy="2232000"/>
            <wp:docPr id="1" name="Picture 1" descr="Улица Базарная" title="Улица Базарн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b58524d2592ba7bc34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0718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Базарная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Улица Базарная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Улица Базарная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https://bimap.su/description/pishpek/196_Bazarnaia.txt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42.86686, 74.61138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42.86686, 74.61138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