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Уездная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42.87944, 74.60731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2040" cy="2232000"/>
            <wp:docPr id="1" name="Picture 1" descr="Улица Уездная" title="Улица Уезд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ef137974dc8c021dc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20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Уездная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Уездная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Уездная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https://bimap.su/description/pishpek/195_Uezdnaia.txt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42.87944, 74.60731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42.87944, 74.60731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