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Переселенческая больница Пишпека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Переселенческая больница Пишпека" title="Переселенческая больница Пишп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5dbb276313339782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Переселенческая больница Пишпека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Переселенческая больница Пишпека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Переселенческая больница Пишпека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https://bimap.su/description/pishpek/193_Bolnitca.txt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