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Пишпек көчүрүү ооруканасы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42.86711, 74.59692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14520" cy="2232000"/>
            <wp:docPr id="1" name="Picture 1" descr="Переселенческая больница Пишпека" title="Переселенческая больница Пишпек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25dbb2763133397826b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1452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Переселенческая больница Пишпека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Пишпек көчүрүү ооруканасы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Пишпек көчүрүү ооруканасы Пишпек көчүрүү ооруканасы 1907-жылы ачылган. Сыймылы аз, көп калкка кызмат кылган. Ошентип, 1910-жылдын биринчи жарымында гана 14 мин визит катталган. Улуттук госпиталдын аймагында кайра курулган оорукананын имараты бүгүнкү күнгө чейин сакталып калган.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https://bimap.su/description/pishpek/193_Bolnitca.txt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42.86711, 74.59692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42.86711, 74.59692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