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общественного собрания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42.88317, 74.61200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16737" cy="2232000"/>
            <wp:docPr id="1" name="Picture 1" descr="Дом общественного собрания" title="Дом общественного собран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dfdf0019ea35800e48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1673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общественного собрания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общественного собрания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улице Базарной.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https://bimap.su/description/pishpek/192_Sobranie.txt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42.88317, 74.61200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42.88317, 74.61200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