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Мечеть на улице Уездной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42.87900, 74.61309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5020" cy="2232000"/>
            <wp:docPr id="1" name="Picture 1" descr="Мечеть на улице Уездной" title="Мечеть на улице Уезд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2fc837e9dee44ff52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Мечеть на улице Уездной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Мечеть на улице Уездной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Мечеть на улице Уездной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https://bimap.su/description/pishpek/191_Mechet.txt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42.87900, 74.61309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42.87900, 74.61309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