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Начало строительства Дома Печати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7970" cy="2232000"/>
            <wp:docPr id="1" name="Picture 1" descr="Начало строительства Дома Печати" title="Начало строительства Дома Печа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dfb13d68df9070688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79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Начало строительства Дома Печати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Начало строительства Дома Печати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1930г.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https://bimap.su/description/pishpek/190_Dunganskaia.txt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