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Дунганское кладбище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унганское кладбище" title="Дунган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a33bb36df77d07969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Дунганское кладбище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Дунганское кладбище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Старое дунганское кладбище.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https://bimap.su/description/pishpek/189_Kladbische.txt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