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Дунган көрүстөнү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унганское кладбище" title="Дунга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a33bb36df77d0796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Дунганское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Дунган көрүстөнү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Эски дунган көрүстөнү Дунган көрүстөнүнүн белгиленбеген мүрзөлөрүнө коюлгандар: Ыйык Линтао Ложен, Ван Дагэ – орус-жапон согушунун баатыры, Ыйык Георгийдин толук рыцары, Бай Янху (болжолу) – Кытайдагы Дунгандын көтөрүлүшүнүн лидери, Түндүк Венкте каза болгон. 1882 жыл.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https://bimap.su/description/pishpek/189_Kladbische.txt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