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Dungan Cemetery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унганское кладбище" title="Дунган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3a33bb36df77d07969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Дунганское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Dungan Cemetery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Old Dungan Cemetery Buried in the unmarked graves of the Dungan Cemetery are: Saint Lintao Lozhen, Wang Dage - hero of the Russo-Japanese War, full Knight of St. George, Bai Yanhu (presumably) - leader of the Dungan uprising in Northwestern China, died in Pishpek in 1882 year.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https://bimap.su/description/pishpek/189_Kladbische.txt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42.88200, 74.56476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