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Водяная мельница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42.90313, 74.62255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057457" cy="2232000"/>
            <wp:docPr id="1" name="Picture 1" descr="Водяная мельница" title="Водяная мель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3ceb5d35a25a4326a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574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Водяная мельница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Водяная мельница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Водяная мельница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https://bimap.su/description/pishpek/188_Melnitca.txt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42.90313, 74.62255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42.90313, 74.62255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