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Water mill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57457" cy="2232000"/>
            <wp:docPr id="1" name="Picture 1" descr="Водяная мельница" title="Водяная ме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3ceb5d35a25a4326a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74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Водяная мельница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Water mill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Water mill The city's industrial enterprises mainly processed agricultural products. In 1913, there were seven large enterprises here: two roller mills, a candy factory, tanneries and a wool washing plant. There were also 12 water mills, oil churns, rice mills, candle-making facilities, soap factories and other enterprises. Water mills were located along the water channels of the Alamedin and Ala-Archa rivers.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https://bimap.su/description/pishpek/188_Melnitca.txt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