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Пересечение улиц Константиновская и Татарская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42.87898, 74.59398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57223" cy="2232000"/>
            <wp:docPr id="1" name="Picture 1" descr="Пересечение улиц Константиновская и Татарская" title="Пересечение улиц Константиновская и Татар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57b32dab5248cbb6c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72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Константиновская и Татарская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Константиновская и Татарская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Константиновская и Татарская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https://bimap.su/description/pishpek/186_Konstantinovskaia.txt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42.87898, 74.59398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42.87898, 74.59398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