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Исполком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42.87607, 74.60420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37784" cy="2232000"/>
            <wp:docPr id="1" name="Picture 1" descr="Исполком" title="Исполк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e4b1341fc7e442819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778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Исполком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Исполком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Кара-Киргизской Автономной области.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https://bimap.su/description/pishpek/185_Ispolkom.txt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42.87607, 74.60420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42.87607, 74.60420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