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Аткаруу комитети</w:t>
      </w:r>
    </w:p>
    <w:p>
      <w:pPr>
        <w:spacing w:after="100"/>
        <w:jc w:val="center"/>
      </w:pPr>
      <w:r>
        <w:rPr>
          <w:rFonts w:ascii="Arial" w:hAnsi="Arial" w:eastAsia="Arial"/>
          <w:b w:val="0"/>
          <w:color w:val="606667"/>
          <w:sz w:val="17"/>
        </w:rPr>
        <w:t>42.87607, 74.60420</w:t>
      </w:r>
    </w:p>
    <w:p>
      <w:pPr>
        <w:spacing w:before="0" w:after="20"/>
        <w:jc w:val="center"/>
      </w:pPr>
      <w:r>
        <w:drawing>
          <wp:inline xmlns:a="http://schemas.openxmlformats.org/drawingml/2006/main" xmlns:pic="http://schemas.openxmlformats.org/drawingml/2006/picture">
            <wp:extent cx="3937784" cy="2232000"/>
            <wp:docPr id="1" name="Picture 1" descr="Исполком" title="Исполком"/>
            <wp:cNvGraphicFramePr>
              <a:graphicFrameLocks noChangeAspect="1"/>
            </wp:cNvGraphicFramePr>
            <a:graphic>
              <a:graphicData uri="http://schemas.openxmlformats.org/drawingml/2006/picture">
                <pic:pic>
                  <pic:nvPicPr>
                    <pic:cNvPr id="0" name="63e4b1341fc7e442819c.jpg"/>
                    <pic:cNvPicPr/>
                  </pic:nvPicPr>
                  <pic:blipFill>
                    <a:blip r:embed="rId12"/>
                    <a:stretch>
                      <a:fillRect/>
                    </a:stretch>
                  </pic:blipFill>
                  <pic:spPr>
                    <a:xfrm>
                      <a:off x="0" y="0"/>
                      <a:ext cx="3937784" cy="2232000"/>
                    </a:xfrm>
                    <a:prstGeom prst="rect"/>
                  </pic:spPr>
                </pic:pic>
              </a:graphicData>
            </a:graphic>
          </wp:inline>
        </w:drawing>
      </w:r>
    </w:p>
    <w:p>
      <w:pPr>
        <w:spacing w:after="60"/>
        <w:jc w:val="center"/>
      </w:pPr>
      <w:r>
        <w:rPr>
          <w:rFonts w:ascii="Arial" w:hAnsi="Arial" w:eastAsia="Arial"/>
          <w:b w:val="0"/>
          <w:color w:val="606667"/>
          <w:sz w:val="15"/>
        </w:rPr>
        <w:t>Исполком</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Аткаруу комитети</w:t>
      </w:r>
    </w:p>
    <w:p>
      <w:pPr>
        <w:widowControl/>
        <w:spacing w:before="0" w:after="60" w:line="247" w:lineRule="auto"/>
      </w:pPr>
      <w:r>
        <w:rPr>
          <w:rFonts w:ascii="Arial" w:hAnsi="Arial" w:eastAsia="Arial"/>
          <w:b w:val="0"/>
          <w:color w:val="242C2F"/>
          <w:sz w:val="19"/>
        </w:rPr>
        <w:t>﻿ Көчөдөгү үй. Верненская 19-кылымдын аягы - 20-кылымдын башы шаардын көрктөндүрүү жана шаар мүлкүнүн башында чоң үйлөрдүн курулушу менен мүнөздөлөт. Үйлөр брусчаткадан же брусчаткадан тургузулган бийик таш пайдубалдардын үстүндө турушкан, анын үстүндө жарым жертөлөнүн же биринчи кабаттын кирпичтен жасалган жертөлөсү болгон. Дубалдары каркас-жыгач же журнал болуп саналат. Бөлмөлөрдүн саны шаар тургунунун байлыгына жараша аныкталган, бирок көбүнчө</w:t>
      </w:r>
    </w:p>
    <w:p>
      <w:pPr>
        <w:spacing w:before="20" w:after="0"/>
      </w:pPr>
      <w:r>
        <w:rPr>
          <w:rFonts w:ascii="Arial" w:hAnsi="Arial" w:eastAsia="Arial"/>
          <w:b w:val="0"/>
          <w:color w:val="606667"/>
          <w:sz w:val="14"/>
        </w:rPr>
        <w:t>Булак: https://bimap.su/description/pishpek/185_Ispolkom.txt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42.87607, 74.60420</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42.87607, 74.60420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