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Пересечение улиц Искаковская и Верненская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42.86898, 74.61275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7620" cy="2232000"/>
            <wp:docPr id="1" name="Picture 1" descr="Пересечение улиц Искаковская и Верненская" title="Пересечение улиц Искаковская и Верне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5bedeedf4b1d8095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76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Искаковская и Верненская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Искаковская и Верненская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Искаковская и Верненская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https://bimap.su/description/pishpek/184_Iskakovskaia.txt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42.86898, 74.61275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42.86898, 74.61275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