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Садовая жана Грязновская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7590" cy="2232000"/>
            <wp:docPr id="1" name="Picture 1" descr="Пересечение улиц Садовая и Грязновская" title="Пересечение улиц Садовая и Грязн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ab0364b74644e0c4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75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Садовая и Грязновская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Садовая жана Грязновская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Садовая х Грязновская. Оң жакта түрмө, 1930-ж. Пишпек түрмөсү Грязновская, Больничная, Садовая, Новая көчөлөрүнүн кварталында жайгашкан. Аппараттын курамында түрмө башчысы, 5-7 күзөтчү, жандармерия командири жана 12-15 полиция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https://bimap.su/description/pishpek/183_Turma1.txt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