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Пишпекская тюрьма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99860" cy="2232000"/>
            <wp:docPr id="1" name="Picture 1" descr="Пишпекская тюрьма" title="Пишпекская тюрь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c9757f3184d17fa68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998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Пишпекская тюрьма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Пишпекская тюрьма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Пишпекская тюрьма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https://bimap.su/description/pishpek/183_Turma.txt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42.87203, 74.59997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