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 түрмөсү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9860" cy="2232000"/>
            <wp:docPr id="1" name="Picture 1" descr="Пишпекская тюрьма" title="Пишпекская тюрь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9757f3184d17fa68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98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тюрьма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Пишпек түрмөсү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 түрмөсү Пишпек түрмөсү Грязновская, Больничная, Садовая жана Новая көчөлөрүнүн кварталында жайгашкан. Аппараттын курамында түрмө башчысы, 5-7 күзөтчү, жандармерия командири жана 12-15 полиция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https://bimap.su/description/pishpek/183_Turma.txt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