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Pishpek prison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9860" cy="2232000"/>
            <wp:docPr id="1" name="Picture 1" descr="Пишпекская тюрьма" title="Пишпекская тюрь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9757f3184d17fa68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98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тюрьма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Pishpek prison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Pishpek prison Pishpek prison was located in the block of Gryaznovskaya, Bolnichnaya, Sadovaya and Novaya streets. The staff consisted of the prison governor, 5-7 guards, the gendarmerie commander and 12-15 policemen.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https://bimap.su/description/pishpek/183_Turma.txt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