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 өртү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42.87922, 74.60351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5869" cy="2232000"/>
            <wp:docPr id="1" name="Picture 1" descr="Пишпекская пожарка" title="Пишпекская пожар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5bd6367650a31dd936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58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Пишпекская пожарка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Пишпек өртү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Пишпек өртү, 1928-ж. Пишпек өрт жайы Уездная жана Мещанская көчөлөрүнүн кесилишиндеги Кыргыз айыл чарба окуу жайынын чарбалык бөлмөлөрүндө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https://bimap.su/description/pishpek/182_Pojarka1928.txt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42.87922, 74.60351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42.87922, 74.60351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