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Pishpek fire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5869" cy="2232000"/>
            <wp:docPr id="1" name="Picture 1" descr="Пишпекская пожарка" title="Пишпекская пож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bd6367650a31dd936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8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пожарка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Pishpek fire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Pishpek fire, 1928 The Pishpek firehouse was located in the utility rooms of the Kyrgyz agricultural school on the corner of Uezdnaya and Meshchanskaya streets.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https://bimap.su/description/pishpek/182_Pojarka1928.txt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