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Грязновской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ce234ef4acaea05b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Грязновской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по улице Грязновской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https://bimap.su/description/pishpek/181_Dom_na_Griaznovskoi.txt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