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Грязновская көчөсүндөгү үй</w:t>
      </w:r>
    </w:p>
    <w:p>
      <w:pPr>
        <w:spacing w:after="100"/>
        <w:jc w:val="center"/>
      </w:pPr>
      <w:r>
        <w:rPr>
          <w:rFonts w:ascii="Arial" w:hAnsi="Arial" w:eastAsia="Arial"/>
          <w:b w:val="0"/>
          <w:color w:val="606667"/>
          <w:sz w:val="17"/>
        </w:rPr>
        <w:t>42.87204, 74.60162</w:t>
      </w:r>
    </w:p>
    <w:p>
      <w:pPr>
        <w:spacing w:before="0" w:after="20"/>
        <w:jc w:val="center"/>
      </w:pPr>
      <w:r>
        <w:drawing>
          <wp:inline xmlns:a="http://schemas.openxmlformats.org/drawingml/2006/main" xmlns:pic="http://schemas.openxmlformats.org/drawingml/2006/picture">
            <wp:extent cx="3314520" cy="2232000"/>
            <wp:docPr id="1" name="Picture 1" descr="Дом по улице Грязновской" title="Дом по улице Грязновской"/>
            <wp:cNvGraphicFramePr>
              <a:graphicFrameLocks noChangeAspect="1"/>
            </wp:cNvGraphicFramePr>
            <a:graphic>
              <a:graphicData uri="http://schemas.openxmlformats.org/drawingml/2006/picture">
                <pic:pic>
                  <pic:nvPicPr>
                    <pic:cNvPr id="0" name="8fce234ef4acaea05bf1.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по улице Грязновской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Грязновская көчөсүндөгү үй</w:t>
      </w:r>
    </w:p>
    <w:p>
      <w:pPr>
        <w:widowControl/>
        <w:spacing w:before="0" w:after="60" w:line="247" w:lineRule="auto"/>
      </w:pPr>
      <w:r>
        <w:rPr>
          <w:rFonts w:ascii="Arial" w:hAnsi="Arial" w:eastAsia="Arial"/>
          <w:b w:val="0"/>
          <w:color w:val="242C2F"/>
          <w:sz w:val="19"/>
        </w:rPr>
        <w:t>﻿ Грязновская көчөсүндөгү үй Пишпектин алгачкы үйлөрүнүн бири. Таш пайдубалдын үстүндө оюлуп жасалган дөңгөчтөн дубалдар орнотулган. Коридору бар эки бөлмө жана ортодо ашкана бар. Үйдүн фасады жана консолу шыбалып, жөнөкөй кесилген карниздер жана пластинкалар менен кооздолгон. Кеч төшөлгөн чатыр, кыязы, камыш же тактай чатырды алмаштырды.</w:t>
      </w:r>
    </w:p>
    <w:p>
      <w:pPr>
        <w:spacing w:before="20" w:after="0"/>
      </w:pPr>
      <w:r>
        <w:rPr>
          <w:rFonts w:ascii="Arial" w:hAnsi="Arial" w:eastAsia="Arial"/>
          <w:b w:val="0"/>
          <w:color w:val="606667"/>
          <w:sz w:val="14"/>
        </w:rPr>
        <w:t>Булак: https://bimap.su/description/pishpek/181_Dom_na_Griaznovskoi.txt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42.87204, 74.60162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42.87204, 74.60162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