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42.88459, 74.58527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52953" cy="2232000"/>
            <wp:docPr id="1" name="Picture 1" descr="Дом по улице Ташкентской" title="Дом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1f0abb3552433545a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29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по улице Ташкентской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https://bimap.su/description/pishpek/180_Dom_na_Tashkentskoi.txt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42.88459, 74.58527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42.88459, 74.58527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