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Ташкентская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42.88459, 74.58527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52953" cy="2232000"/>
            <wp:docPr id="1" name="Picture 1" descr="Дом по улице Ташкентской" title="Дом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81f0abb3552433545a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29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Ташкентской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Ташкентская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Көчөдөгү үй. Ташкент үйү негизинен баштапкы көрүнүшүн жоготкон. Үй көчөдөн кире бериши бар ички веранда менен жыгач алкактардан жасалган. Чатыры, жыгач тосмолору жана тепкичтери бар подъезд жок болчу. Оймо-чиймелүү карниздердин сыныктары сакталып калган. Тримдер жана жапкычтар жоголду.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https://bimap.su/description/pishpek/180_Dom_na_Tashkentskoi.txt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42.88459, 74.58527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42.88459, 74.58527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