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Tashkentskaya street</w:t>
      </w:r>
    </w:p>
    <w:p>
      <w:pPr>
        <w:spacing w:after="100"/>
        <w:jc w:val="center"/>
      </w:pPr>
      <w:r>
        <w:rPr>
          <w:rFonts w:ascii="Arial" w:hAnsi="Arial" w:eastAsia="Arial"/>
          <w:b w:val="0"/>
          <w:color w:val="606667"/>
          <w:sz w:val="17"/>
        </w:rPr>
        <w:t>42.88459, 74.58527</w:t>
      </w:r>
    </w:p>
    <w:p>
      <w:pPr>
        <w:spacing w:before="0" w:after="20"/>
        <w:jc w:val="center"/>
      </w:pPr>
      <w:r>
        <w:drawing>
          <wp:inline xmlns:a="http://schemas.openxmlformats.org/drawingml/2006/main" xmlns:pic="http://schemas.openxmlformats.org/drawingml/2006/picture">
            <wp:extent cx="2852953"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581f0abb3552433545aa.jpg"/>
                    <pic:cNvPicPr/>
                  </pic:nvPicPr>
                  <pic:blipFill>
                    <a:blip r:embed="rId12"/>
                    <a:stretch>
                      <a:fillRect/>
                    </a:stretch>
                  </pic:blipFill>
                  <pic:spPr>
                    <a:xfrm>
                      <a:off x="0" y="0"/>
                      <a:ext cx="2852953"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Tashkentskaya street</w:t>
      </w:r>
    </w:p>
    <w:p>
      <w:pPr>
        <w:widowControl/>
        <w:spacing w:before="0" w:after="60" w:line="247" w:lineRule="auto"/>
      </w:pPr>
      <w:r>
        <w:rPr>
          <w:rFonts w:ascii="Arial" w:hAnsi="Arial" w:eastAsia="Arial"/>
          <w:b w:val="0"/>
          <w:color w:val="242C2F"/>
          <w:sz w:val="19"/>
        </w:rPr>
        <w:t>﻿ House on the street. The Tashkent House has largely lost its original appearance. The house was made of wood frames with an internal veranda with an entrance from the street. The porch with its canopy and wooden railings and steps was gone. Fragments of the patterned carved cornices have survived. The trim and shutters have disappeared.</w:t>
      </w:r>
    </w:p>
    <w:p>
      <w:pPr>
        <w:spacing w:before="20" w:after="0"/>
      </w:pPr>
      <w:r>
        <w:rPr>
          <w:rFonts w:ascii="Arial" w:hAnsi="Arial" w:eastAsia="Arial"/>
          <w:b w:val="0"/>
          <w:color w:val="606667"/>
          <w:sz w:val="14"/>
        </w:rPr>
        <w:t>Source: https://bimap.su/description/pishpek/180_Dom_na_Tashkentskoi.txt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42.88459, 74.58527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42.88459, 74.58527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