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 Карагачевой роще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2510" cy="2232000"/>
            <wp:docPr id="1" name="Picture 1" descr="В Карагачевой роще" title="В Карагачевой ро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cb4171ad63f88df4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5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 Карагачевой роще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 Карагачевой роще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1909г.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https://bimap.su/description/pishpek/18_Rosgha.txt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