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Константиновской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Константиновской" title="Дом по улице Константи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6f7d62c19da1707b8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Константиновской · Денисова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Константиновской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угол улицы Солдатской. Фото Денисова.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https://bimap.su/description/pishpek/179_Dom_na_Konstantinovskoi.txt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