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Верненской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Верненской" title="Дом по улице Верне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5f27ce7d60a568071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Верненской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Верненской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по улице Верненской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https://bimap.su/description/pishpek/178_Dom_na_Vernenskoi.txt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42.88710, 74.61492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