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Верненская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42.88710, 74.61492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Верненской" title="Дом по улице Верне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5f27ce7d60a56807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Верненской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Верненская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Көчөдөгү үй. Vernenskoy House негизинен баштапкы көрүнүшүн жоготкон. Үй көчөдөн кире бериши бар ички веранда менен жыгач алкактардан жасалган. Чатыры, жыгач тосмолору жана тепкичтери бар подъезд жок болчу. Оймо-чиймелүү карниздердин сыныктары сакталып калган. Тримдер жана жапкычтар жоголду.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https://bimap.su/description/pishpek/178_Dom_na_Vernenskoi.txt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42.88710, 74.61492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42.88710, 74.61492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