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Верненской ниже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42.88813, 74.61548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по улице Верненской ниже Ташкентской" title="Дом по улице Верненской ниж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530d60bd4aee60e06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Верненской ниже Ташкентской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Верненской ниже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https://bimap.su/description/pishpek/177_Dom_na_Vernenskoi.txt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42.88813, 74.61548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42.88813, 74.61548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