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Дома по улице Пущинской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42.88384, 74.60962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61079" cy="2232000"/>
            <wp:docPr id="1" name="Picture 1" descr="Дома по улице Пущинской" title="Дома по улице Пущ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037f225c47e3befec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0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по улице Пущинской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по улице Пущинской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Аламединской и Ташкентской.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https://bimap.su/description/pishpek/175_Dom_na_Puschinskoi.txt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42.88384, 74.60962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42.88384, 74.60962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