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Дома по улице Ташкентской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42.88422, 74.60877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90585" cy="2232000"/>
            <wp:docPr id="1" name="Picture 1" descr="Дома по улице Ташкентской" title="Дома по улице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8bb08ac43abd035ea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9058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Дома по улице Ташкентской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Дома по улице Ташкентской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между улицами Пущинской и Бульварной.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https://bimap.su/description/pishpek/174_Doma_na_Tashkentskoi.txt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42.88422, 74.60877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42.88422, 74.60877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