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Петровской и Татарской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42.87869, 74.57943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690" cy="2232000"/>
            <wp:docPr id="1" name="Picture 1" descr="Дом на углу улиц Петровской и Татарской" title="Дом на углу улиц Петровской и Татар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b2bf1537ffe2a2a9b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6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Петровской и Татарской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Петровской и Татарской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https://bimap.su/description/pishpek/173_Dom_na_Petrovskoi.txt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42.87869, 74.57943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42.87869, 74.57943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