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Дома на углу улиц Ключевой и Дунганской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42.87508, 74.58847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96438" cy="2232000"/>
            <wp:docPr id="1" name="Picture 1" descr="Дома на углу улиц Ключевой и Дунганской" title="Дома на углу улиц Ключевой и Дунга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5c45e75023bdb3957c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9643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Дома на углу улиц Ключевой и Дунганской · Голованева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Дома на углу улиц Ключевой и Дунганской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Голованева.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https://bimap.su/description/pishpek/172_Dom_na_Dunganskoi.txt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42.87508, 74.58847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42.87508, 74.58847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