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Мечеть в Дунгановке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42.87710, 74.58867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75487" cy="2232000"/>
            <wp:docPr id="1" name="Picture 1" descr="Мечеть в Дунгановке" title="Мечеть в Дунгановк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be4d8a9feeac4b7aff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7548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Мечеть в Дунгановке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Мечеть в Дунгановке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 рисунка Б.Смирнова, 1906г.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https://bimap.su/description/pishpek/171_Dunganskaia_mechet.txt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42.87710, 74.58867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42.87710, 74.58867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