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Купеческой и Бульварной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42.87560, 74.60586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2773" cy="2232000"/>
            <wp:docPr id="1" name="Picture 1" descr="Дом на углу улиц Купеческой и Бульварной" title="Дом на углу улиц Купеческой и Бульв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da8d8ac11cd556eca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Купеческой и Бульварной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Купеческой и Бульварной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углу улиц Купеческой и Бульварной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https://bimap.su/description/pishpek/170_Dom_na_Bulvarnoi1928.txt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42.87560, 74.60586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42.87560, 74.60586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