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Сальникова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42.88001, 74.60291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722681" cy="2232000"/>
            <wp:docPr id="1" name="Picture 1" descr="Дом Сальникова" title="Дом Сальник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59def2ab46ea46f9fe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26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Сальникова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Сальникова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Начало ХХ века. Снесен в 60-х годах. 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https://bimap.su/description/pishpek/169_Dom_Salnikova.txt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42.88001, 74.60291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42.88001, 74.60291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