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Сальниковдун үйү</w:t>
      </w:r>
    </w:p>
    <w:p>
      <w:pPr>
        <w:spacing w:after="100"/>
        <w:jc w:val="center"/>
      </w:pPr>
      <w:r>
        <w:rPr>
          <w:rFonts w:ascii="Arial" w:hAnsi="Arial" w:eastAsia="Arial"/>
          <w:b w:val="0"/>
          <w:color w:val="606667"/>
          <w:sz w:val="17"/>
        </w:rPr>
        <w:t>42.88001, 74.60291</w:t>
      </w:r>
    </w:p>
    <w:p>
      <w:pPr>
        <w:spacing w:before="0" w:after="20"/>
        <w:jc w:val="center"/>
      </w:pPr>
      <w:r>
        <w:drawing>
          <wp:inline xmlns:a="http://schemas.openxmlformats.org/drawingml/2006/main" xmlns:pic="http://schemas.openxmlformats.org/drawingml/2006/picture">
            <wp:extent cx="722681" cy="2232000"/>
            <wp:docPr id="1" name="Picture 1" descr="Дом Сальникова" title="Дом Сальникова"/>
            <wp:cNvGraphicFramePr>
              <a:graphicFrameLocks noChangeAspect="1"/>
            </wp:cNvGraphicFramePr>
            <a:graphic>
              <a:graphicData uri="http://schemas.openxmlformats.org/drawingml/2006/picture">
                <pic:pic>
                  <pic:nvPicPr>
                    <pic:cNvPr id="0" name="259def2ab46ea46f9fed.jpg"/>
                    <pic:cNvPicPr/>
                  </pic:nvPicPr>
                  <pic:blipFill>
                    <a:blip r:embed="rId12"/>
                    <a:stretch>
                      <a:fillRect/>
                    </a:stretch>
                  </pic:blipFill>
                  <pic:spPr>
                    <a:xfrm>
                      <a:off x="0" y="0"/>
                      <a:ext cx="722681" cy="2232000"/>
                    </a:xfrm>
                    <a:prstGeom prst="rect"/>
                  </pic:spPr>
                </pic:pic>
              </a:graphicData>
            </a:graphic>
          </wp:inline>
        </w:drawing>
      </w:r>
    </w:p>
    <w:p>
      <w:pPr>
        <w:spacing w:after="60"/>
        <w:jc w:val="center"/>
      </w:pPr>
      <w:r>
        <w:rPr>
          <w:rFonts w:ascii="Arial" w:hAnsi="Arial" w:eastAsia="Arial"/>
          <w:b w:val="0"/>
          <w:color w:val="606667"/>
          <w:sz w:val="15"/>
        </w:rPr>
        <w:t>Дом Сальникова · Владимира Петрова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Сальниковдун үйү</w:t>
      </w:r>
    </w:p>
    <w:p>
      <w:pPr>
        <w:widowControl/>
        <w:spacing w:before="0" w:after="60" w:line="247" w:lineRule="auto"/>
      </w:pPr>
      <w:r>
        <w:rPr>
          <w:rFonts w:ascii="Arial" w:hAnsi="Arial" w:eastAsia="Arial"/>
          <w:b w:val="0"/>
          <w:color w:val="242C2F"/>
          <w:sz w:val="19"/>
        </w:rPr>
        <w:t xml:space="preserve">﻿ Сальниковдун үйү. ХХ кылымдын башталышы. 60-жылдары талкаланган. 19-кылымдын аягы жана 20-кылымдын башы шаарды көрктөндүрүү жана шаар мүлкүнүн башында чоң үйлөрдүн курулушу менен мүнөздөлгөн. Үйлөр брусчаткадан же брусчаткадан тургузулган бийик таш пайдубалдардын үстүндө турушкан, анын үстүндө жарым жертөлөнүн же биринчи кабаттын кирпичтен жасалган жертөлөсү болгон. Бай имараттардын чатырлары темир менен жабылган. Жогорку кабаттардын дубалдары </w:t>
      </w:r>
    </w:p>
    <w:p>
      <w:pPr>
        <w:spacing w:before="20" w:after="0"/>
      </w:pPr>
      <w:r>
        <w:rPr>
          <w:rFonts w:ascii="Arial" w:hAnsi="Arial" w:eastAsia="Arial"/>
          <w:b w:val="0"/>
          <w:color w:val="606667"/>
          <w:sz w:val="14"/>
        </w:rPr>
        <w:t>Булак: https://bimap.su/description/pishpek/169_Dom_Salnikova.txt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42.88001, 74.60291</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42.88001, 74.60291</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