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Бульварная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42.88232, 74.60707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94989" cy="2232000"/>
            <wp:docPr id="1" name="Picture 1" descr="Улица Бульварная" title="Улица Бульвар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6f312b4f2bfe30f34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49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Бульварная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Бульварная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1906г.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https://bimap.su/description/pishpek/17_Bulvar.txt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42.88232, 74.60707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42.88232, 74.60707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