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Дома на западной стороне улицы Базарной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42.88535, 74.61144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6114" cy="2232000"/>
            <wp:docPr id="1" name="Picture 1" descr="Дома на западной стороне улицы Базарной" title="Дома на западной стороне улицы База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2a889e49bcbd562ce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611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Дома на западной стороне улицы Базарной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Дома на западной стороне улицы Базарной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ниже улицы Ташкентской. Начало ХХ века.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https://bimap.su/description/pishpek/168_Doma_na_Bazarnoi.txt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42.88535, 74.61144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42.88535, 74.61144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