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улице Базарной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42.88409, 74.61150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31410" cy="2232000"/>
            <wp:docPr id="1" name="Picture 1" descr="Дом на улице Базарной" title="Дом на улице Базар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c4e20166ccbbffe06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314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Базарной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улице Базарной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https://bimap.su/description/pishpek/167_Dom_na_Bazarnoi.txt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42.88409, 74.61150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42.88409, 74.61150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