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Bazarnaya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31410" cy="2232000"/>
            <wp:docPr id="1" name="Picture 1" descr="Дом на улице Базарной" title="Дом на улице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c4e20166ccbbffe0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1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Базарной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Bazarnaya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Bazarnaya Street Here, on the corner of Bazarnaya and Tashkent, industrialist N.I. Ivanov owned a distillery and wine factory, from here the Kyrgyz Alko company began its production in 1882.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https://bimap.su/description/pishpek/167_Dom_na_Bazarnoi.txt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